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jc w:val="right"/>
      </w:pPr>
      <w:r>
        <w:rPr>
          <w:b w:val="0"/>
        </w:rPr>
        <w:t>..........................., dnia .......................</w:t>
      </w:r>
    </w:p>
    <w:p>
      <w:pPr>
        <w:spacing w:after="0" w:before="0"/>
      </w:pPr>
      <w:r>
        <w:rPr>
          <w:b w:val="0"/>
        </w:rPr>
        <w:t>...................................................</w:t>
      </w:r>
    </w:p>
    <w:p>
      <w:pPr>
        <w:spacing w:after="0" w:before="0"/>
      </w:pPr>
      <w:r>
        <w:rPr>
          <w:b w:val="0"/>
        </w:rPr>
        <w:t>.............................................................</w:t>
      </w:r>
    </w:p>
    <w:p>
      <w:pPr>
        <w:spacing w:after="240" w:before="0"/>
      </w:pPr>
      <w:r>
        <w:rPr>
          <w:b w:val="0"/>
        </w:rPr>
        <w:t>...................................................</w:t>
      </w:r>
    </w:p>
    <w:p>
      <w:pPr>
        <w:spacing w:after="0" w:before="0"/>
        <w:ind w:left="5102"/>
      </w:pPr>
      <w:r>
        <w:rPr>
          <w:b w:val="0"/>
        </w:rPr>
        <w:t>.........................................................</w:t>
      </w:r>
    </w:p>
    <w:p>
      <w:pPr>
        <w:spacing w:after="0" w:before="0"/>
        <w:ind w:left="5102"/>
      </w:pPr>
      <w:r>
        <w:rPr>
          <w:b w:val="0"/>
        </w:rPr>
        <w:t>.............................................................</w:t>
      </w:r>
    </w:p>
    <w:p>
      <w:pPr>
        <w:spacing w:after="120" w:before="0"/>
      </w:pPr>
      <w:r>
        <w:rPr>
          <w:b w:val="0"/>
        </w:rPr>
      </w:r>
    </w:p>
    <w:p>
      <w:pPr>
        <w:spacing w:after="200" w:before="200"/>
        <w:jc w:val="center"/>
      </w:pPr>
      <w:r>
        <w:rPr>
          <w:b/>
          <w:sz w:val="28"/>
        </w:rPr>
        <w:t>WYPOWIEDZENIE UMOWY O PRACĘ</w:t>
      </w:r>
    </w:p>
    <w:p>
      <w:pPr>
        <w:spacing w:after="120" w:before="0"/>
      </w:pPr>
      <w:r>
        <w:rPr>
          <w:b w:val="0"/>
        </w:rPr>
        <w:t>Niniejszym wypowiadam umowę o pracę zawartą w dniu ........................... pomiędzy mną a ........................................................., z zachowaniem okresu wypowiedzenia wynoszącego 2 tygodnie / 1 miesiąc / 3 miesiące, który upływa w dniu ...............................</w:t>
      </w:r>
    </w:p>
    <w:p>
      <w:pPr>
        <w:spacing w:after="120" w:before="0"/>
      </w:pPr>
      <w:r>
        <w:rPr>
          <w:b w:val="0"/>
        </w:rPr>
        <w:t>Proszę o wydanie świadectwa pracy w dniu rozwiązania umowy o pracę.</w:t>
      </w:r>
    </w:p>
    <w:p>
      <w:pPr>
        <w:spacing w:after="480" w:before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podpis pracownika</w:t>
            </w:r>
          </w:p>
        </w:tc>
      </w:tr>
    </w:tbl>
    <w:p>
      <w:pPr>
        <w:spacing w:after="240" w:before="0"/>
      </w:pPr>
      <w:r>
        <w:rPr>
          <w:b w:val="0"/>
        </w:rPr>
      </w:r>
    </w:p>
    <w:p>
      <w:pPr>
        <w:spacing w:after="120" w:before="0"/>
      </w:pPr>
      <w:r>
        <w:rPr>
          <w:b w:val="0"/>
        </w:rPr>
        <w:t>Potwierdzam otrzymanie wypowiedzenia w dniu ..............................</w:t>
      </w:r>
    </w:p>
    <w:p>
      <w:pPr>
        <w:spacing w:after="480" w:before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podpis i pieczęć pracodawcy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 xml:space="preserve">Wzór pobrany z </w:t>
    </w:r>
    <w:hyperlink r:id="rId1">
      <w:r>
        <w:rPr>
          <w:color w:val="1A4FB5"/>
          <w:u w:val="single"/>
          <w:sz w:val="15"/>
        </w:rPr>
        <w:t>pdfconverter.pl/wzory/wypowiedzenie-umowy-o-prace/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dfconverter.pl/wzory/wypowiedzenie-umowy-o-pra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o pracę przez pracownika: wzór 2026</dc:title>
  <dc:subject>Wzór wypowiedzenia umowy o pracę przez pracownika do pobrania w PDF i DOCX lub do wypełnienia online. Okresy wypowiedzenia i jak złożyć pismo.</dc:subject>
  <dc:creator>pdfconverter.pl</dc:creator>
  <cp:keywords>wypowiedzenie umowy o pracę, wypowiedzenie umowy o pracę pdf, wzór wypowiedzenia przez pracownika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