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jc w:val="right"/>
      </w:pPr>
      <w:r>
        <w:rPr>
          <w:b w:val="0"/>
        </w:rPr>
        <w:t>..........................., dnia .......................</w:t>
      </w:r>
    </w:p>
    <w:p>
      <w:pPr>
        <w:spacing w:after="0" w:before="0"/>
      </w:pPr>
      <w:r>
        <w:rPr>
          <w:b w:val="0"/>
        </w:rPr>
        <w:t>...................................................</w:t>
      </w:r>
    </w:p>
    <w:p>
      <w:pPr>
        <w:spacing w:after="240" w:before="0"/>
      </w:pPr>
      <w:r>
        <w:rPr>
          <w:b w:val="0"/>
        </w:rPr>
        <w:t>...................................................</w:t>
      </w:r>
    </w:p>
    <w:p>
      <w:pPr>
        <w:spacing w:after="0" w:before="0"/>
        <w:ind w:left="5102"/>
      </w:pPr>
      <w:r>
        <w:rPr>
          <w:b w:val="0"/>
        </w:rPr>
        <w:t>.........................................................</w:t>
      </w:r>
    </w:p>
    <w:p>
      <w:pPr>
        <w:spacing w:after="120" w:before="0"/>
      </w:pPr>
      <w:r>
        <w:rPr>
          <w:b w:val="0"/>
        </w:rPr>
      </w:r>
    </w:p>
    <w:p>
      <w:pPr>
        <w:spacing w:after="200" w:before="200"/>
        <w:jc w:val="center"/>
      </w:pPr>
      <w:r>
        <w:rPr>
          <w:b/>
          <w:sz w:val="28"/>
        </w:rPr>
        <w:t>WNIOSEK O URLOP</w:t>
      </w:r>
    </w:p>
    <w:p>
      <w:pPr>
        <w:spacing w:after="120" w:before="0"/>
      </w:pPr>
      <w:r>
        <w:rPr>
          <w:b w:val="0"/>
        </w:rPr>
        <w:t>Proszę o udzielenie mi urlopu wypoczynkowego / na żądanie / okolicznościowego / bezpłatnego w wymiarze .......... dni roboczych, w okresie od dnia ....................... do dnia ........................</w:t>
      </w:r>
    </w:p>
    <w:p>
      <w:pPr>
        <w:spacing w:after="120" w:before="0"/>
      </w:pPr>
      <w:r>
        <w:rPr>
          <w:b w:val="0"/>
        </w:rPr>
        <w:t>Uzasadnienie: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podpis pracownika</w:t>
            </w:r>
          </w:p>
        </w:tc>
      </w:tr>
    </w:tbl>
    <w:p>
      <w:pPr>
        <w:spacing w:after="240" w:before="0"/>
      </w:pPr>
      <w:r>
        <w:rPr>
          <w:b w:val="0"/>
        </w:rPr>
      </w:r>
    </w:p>
    <w:p>
      <w:pPr>
        <w:spacing w:after="120" w:before="0"/>
      </w:pPr>
      <w:r>
        <w:rPr>
          <w:b w:val="0"/>
        </w:rPr>
        <w:t>Decyzja pracodawcy:   wyrażam zgodę   /   nie wyrażam zgody *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data i podpis przełożonego</w:t>
            </w:r>
          </w:p>
        </w:tc>
      </w:tr>
    </w:tbl>
    <w:p>
      <w:pPr>
        <w:spacing w:after="120" w:before="0"/>
      </w:pPr>
      <w:r>
        <w:rPr>
          <w:b w:val="0"/>
          <w:sz w:val="16"/>
        </w:rPr>
        <w:t>* niepotrzebne skreślić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 xml:space="preserve">Wzór pobrany z </w:t>
    </w:r>
    <w:hyperlink r:id="rId1">
      <w:r>
        <w:rPr>
          <w:color w:val="1A4FB5"/>
          <w:u w:val="single"/>
          <w:sz w:val="15"/>
        </w:rPr>
        <w:t>pdfconverter.pl/wzory/wniosek-o-urlop/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dfconverter.pl/wzory/wniosek-o-urlo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urlop: wzór 2026</dc:title>
  <dc:subject>Darmowy wniosek o urlop wypoczynkowy, na żądanie, okolicznościowy lub bezpłatny w PDF i DOCX albo do wypełnienia online. Ile dni urlopu przysługuje.</dc:subject>
  <dc:creator>pdfconverter.pl</dc:creator>
  <cp:keywords>wniosek o urlop, wniosek o urlop pdf, wniosek urlopowy wzór, wniosek o urlop wypoczynkowy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