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jc w:val="right"/>
      </w:pPr>
      <w:r>
        <w:rPr>
          <w:b w:val="0"/>
        </w:rPr>
        <w:t>..........................., dnia .......................</w:t>
      </w:r>
    </w:p>
    <w:p>
      <w:pPr>
        <w:spacing w:after="0" w:before="0"/>
      </w:pPr>
      <w:r>
        <w:rPr>
          <w:b w:val="0"/>
        </w:rPr>
        <w:t>...................................................</w:t>
      </w:r>
    </w:p>
    <w:p>
      <w:pPr>
        <w:spacing w:after="0" w:before="0"/>
      </w:pPr>
      <w:r>
        <w:rPr>
          <w:b w:val="0"/>
        </w:rPr>
        <w:t>.............................................................</w:t>
      </w:r>
    </w:p>
    <w:p>
      <w:pPr>
        <w:spacing w:after="240" w:before="0"/>
      </w:pPr>
      <w:r>
        <w:rPr>
          <w:b w:val="0"/>
        </w:rPr>
        <w:t>nr dowodu / PESEL: ...........................</w:t>
      </w:r>
    </w:p>
    <w:p>
      <w:pPr>
        <w:spacing w:after="200" w:before="200"/>
        <w:jc w:val="center"/>
      </w:pPr>
      <w:r>
        <w:rPr>
          <w:b/>
          <w:sz w:val="28"/>
        </w:rPr>
        <w:t>UPOWAŻNIENIE</w:t>
      </w:r>
    </w:p>
    <w:p>
      <w:pPr>
        <w:spacing w:after="120" w:before="0"/>
      </w:pPr>
      <w:r>
        <w:rPr>
          <w:b w:val="0"/>
        </w:rPr>
        <w:t>Ja, niżej podpisany(a) ..................................................., legitymujący(a) się dowodem osobistym nr / PESEL ..........................., upoważniam Pana/Panią ..................................................., legitymującego(ą) się dowodem osobistym nr / PESEL ..........................., do: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120" w:before="0"/>
      </w:pPr>
      <w:r>
        <w:rPr>
          <w:b w:val="0"/>
        </w:rPr>
        <w:t>Upoważnienie jest ważne: ...............................</w:t>
      </w:r>
    </w:p>
    <w:p>
      <w:pPr>
        <w:spacing w:after="480" w:before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czytelny podpis upoważniającego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 xml:space="preserve">Wzór pobrany z </w:t>
    </w:r>
    <w:hyperlink r:id="rId1">
      <w:r>
        <w:rPr>
          <w:color w:val="1A4FB5"/>
          <w:u w:val="single"/>
          <w:sz w:val="15"/>
        </w:rPr>
        <w:t>pdfconverter.pl/wzory/upowaznienie/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pdfconverter.pl/wzory/upowaznie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Upoważnienie: wzór 2026</dc:title>
  <dc:subject>Darmowy wzór upoważnienia do odbioru dokumentów, przesyłki, wyników badań lub dziecka. Pobierz PDF i DOCX albo wypełnij online i wydrukuj.</dc:subject>
  <dc:creator>pdfconverter.pl</dc:creator>
  <cp:keywords>upoważnienie wzór, upoważnienie pdf, upoważnienie do odbioru dokumentów, wzór upoważnienia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