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ZLECENIA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........................................................., adres: ............................................................., NIP/PESEL: ......................., zwanym dalej Zleceniodawcą,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Zleceniobiorcą.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Zleceniodawca zleca, a Zleceniobiorca przyjmuje do wykonania czynności polegające na: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1. Umowa zostaje zawarta na okres od dnia ........................... do dnia ............................</w:t>
      </w:r>
    </w:p>
    <w:p>
      <w:pPr>
        <w:spacing w:after="120" w:before="0"/>
      </w:pPr>
      <w:r>
        <w:rPr>
          <w:b w:val="0"/>
        </w:rPr>
        <w:t>2. Zleceniobiorca wykonuje zlecenie osobiście, samodzielnie organizując czas i sposób jego wykonania, z zachowaniem należytej staranności.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1. Za wykonanie zlecenia Zleceniobiorcy przysługuje wynagrodzenie w wysokości ............. zł brutto za każdą godzinę wykonywania zlecenia.</w:t>
      </w:r>
    </w:p>
    <w:p>
      <w:pPr>
        <w:spacing w:after="120" w:before="0"/>
      </w:pPr>
      <w:r>
        <w:rPr>
          <w:b w:val="0"/>
        </w:rPr>
        <w:t>2. Zleceniobiorca przedstawia Zleceniodawcy do ostatniego dnia każdego miesiąca ewidencję liczby godzin wykonywania zlecenia wraz z rachunkiem.</w:t>
      </w:r>
    </w:p>
    <w:p>
      <w:pPr>
        <w:spacing w:after="120" w:before="0"/>
      </w:pPr>
      <w:r>
        <w:rPr>
          <w:b w:val="0"/>
        </w:rPr>
        <w:t>3. Wynagrodzenie płatne jest co miesiąc w terminie .......... dni od dnia przedstawienia rachunku, przelewem na rachunek bankowy wskazany przez Zleceniobiorcę.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Każda ze stron może wypowiedzieć umowę z zachowaniem 7-dniowego okresu wypowiedzenia, w formie pisemnej. Uprawnienia stron wynikające z art. 746 Kodeksu cywilnego pozostają nienaruszone.</w:t>
      </w:r>
    </w:p>
    <w:p>
      <w:pPr>
        <w:spacing w:after="80" w:before="160"/>
        <w:jc w:val="center"/>
      </w:pPr>
      <w:r>
        <w:rPr>
          <w:b/>
        </w:rPr>
        <w:t>§ 5</w:t>
      </w:r>
    </w:p>
    <w:p>
      <w:pPr>
        <w:spacing w:after="120" w:before="0"/>
      </w:pPr>
      <w:r>
        <w:rPr>
          <w:b w:val="0"/>
        </w:rPr>
        <w:t>1. Zmiany umowy wymagają formy pisemnej pod rygorem nieważności.</w:t>
      </w:r>
    </w:p>
    <w:p>
      <w:pPr>
        <w:spacing w:after="120" w:before="0"/>
      </w:pPr>
      <w:r>
        <w:rPr>
          <w:b w:val="0"/>
        </w:rPr>
        <w:t>2. W sprawach nieuregulowanych zastosowanie mają przepisy Kodeksu cywilnego.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Zleceniodawca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Zleceniobiorca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pdfconverter.pl/wzory/umowa-zlecenie/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zlec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zlecenie: wzór 2026</dc:title>
  <dc:subject>Darmowy wzór umowy zlecenia 2026 w PDF i DOCX lub do wypełnienia online. Minimalna stawka 31,40 zł brutto za godzinę, ewidencja godzin, ZUS i podatek.</dc:subject>
  <dc:creator>pdfconverter.pl</dc:creator>
  <cp:keywords>umowa zlecenie wzór, umowa zlecenie pdf, wzór umowy zlecenia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