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before="200"/>
        <w:jc w:val="center"/>
      </w:pPr>
      <w:r>
        <w:rPr>
          <w:b/>
          <w:sz w:val="28"/>
        </w:rPr>
        <w:t>UMOWA SPRZEDAŻY TOWARU</w:t>
      </w:r>
    </w:p>
    <w:p>
      <w:pPr>
        <w:spacing w:after="120" w:before="0"/>
        <w:jc w:val="center"/>
      </w:pPr>
      <w:r>
        <w:rPr>
          <w:b w:val="0"/>
        </w:rPr>
        <w:t>zawarta w dniu ....................... w miejscowości ........................... pomiędzy:</w:t>
      </w:r>
    </w:p>
    <w:p>
      <w:pPr>
        <w:spacing w:after="120" w:before="0"/>
      </w:pPr>
      <w:r>
        <w:rPr>
          <w:b w:val="0"/>
        </w:rPr>
        <w:t>........................................................., adres: ............................................................., NIP/PESEL: ......................., zwanym dalej Sprzedającym,</w:t>
      </w:r>
    </w:p>
    <w:p>
      <w:pPr>
        <w:spacing w:after="120" w:before="0"/>
      </w:pPr>
      <w:r>
        <w:rPr>
          <w:b w:val="0"/>
        </w:rPr>
        <w:t>a</w:t>
      </w:r>
    </w:p>
    <w:p>
      <w:pPr>
        <w:spacing w:after="120" w:before="0"/>
      </w:pPr>
      <w:r>
        <w:rPr>
          <w:b w:val="0"/>
        </w:rPr>
        <w:t>........................................................., adres: ............................................................., NIP/PESEL: ......................., zwanym dalej Kupującym.</w:t>
      </w:r>
    </w:p>
    <w:p>
      <w:pPr>
        <w:spacing w:after="80" w:before="160"/>
        <w:jc w:val="center"/>
      </w:pPr>
      <w:r>
        <w:rPr>
          <w:b/>
        </w:rPr>
        <w:t>§ 1. Przedmiot umowy</w:t>
      </w:r>
    </w:p>
    <w:p>
      <w:pPr>
        <w:spacing w:after="120" w:before="0"/>
      </w:pPr>
      <w:r>
        <w:rPr>
          <w:b w:val="0"/>
        </w:rPr>
        <w:t>1. Sprzedający sprzedaje, a Kupujący kupuje następujący towar:</w:t>
      </w:r>
    </w:p>
    <w:p>
      <w:pPr>
        <w:spacing w:after="40" w:before="0"/>
      </w:pPr>
      <w:r>
        <w:rPr>
          <w:b w:val="0"/>
        </w:rPr>
        <w:t>...............................................................................................</w:t>
      </w:r>
    </w:p>
    <w:p>
      <w:pPr>
        <w:spacing w:after="40" w:before="0"/>
      </w:pPr>
      <w:r>
        <w:rPr>
          <w:b w:val="0"/>
        </w:rPr>
        <w:t>...............................................................................................</w:t>
      </w:r>
    </w:p>
    <w:p>
      <w:pPr>
        <w:spacing w:after="40" w:before="0"/>
      </w:pPr>
      <w:r>
        <w:rPr>
          <w:b w:val="0"/>
        </w:rPr>
        <w:t>...............................................................................................</w:t>
      </w:r>
    </w:p>
    <w:p>
      <w:pPr>
        <w:spacing w:after="120" w:before="0"/>
      </w:pPr>
      <w:r>
        <w:rPr>
          <w:b w:val="0"/>
        </w:rPr>
        <w:t>2. Stan towaru: nowy / używany, sprawny, bez ukrytych wad znanych Sprzedającemu / używany, z wadami opisanymi w ust. 1.</w:t>
      </w:r>
    </w:p>
    <w:p>
      <w:pPr>
        <w:spacing w:after="120" w:before="0"/>
      </w:pPr>
      <w:r>
        <w:rPr>
          <w:b w:val="0"/>
        </w:rPr>
        <w:t>3. Sprzedający oświadcza, że towar stanowi jego własność, jest wolny od wad prawnych, nie jest obciążony prawami osób trzecich i nie jest przedmiotem zajęcia w postępowaniu egzekucyjnym.</w:t>
      </w:r>
    </w:p>
    <w:p>
      <w:pPr>
        <w:spacing w:after="80" w:before="160"/>
        <w:jc w:val="center"/>
      </w:pPr>
      <w:r>
        <w:rPr>
          <w:b/>
        </w:rPr>
        <w:t>§ 2. Cena i płatność</w:t>
      </w:r>
    </w:p>
    <w:p>
      <w:pPr>
        <w:spacing w:after="120" w:before="0"/>
      </w:pPr>
      <w:r>
        <w:rPr>
          <w:b w:val="0"/>
        </w:rPr>
        <w:t>1. Strony ustalają cenę za towar w łącznej kwocie .................... zł brutto (słownie: .........................................................).</w:t>
      </w:r>
    </w:p>
    <w:p>
      <w:pPr>
        <w:spacing w:after="120" w:before="0"/>
      </w:pPr>
      <w:r>
        <w:rPr>
          <w:b w:val="0"/>
        </w:rPr>
        <w:t>2. Kupujący zapłaci cenę przelewem na rachunek bankowy Sprzedającego / gotówką przy wydaniu towaru w terminie: .........................................</w:t>
      </w:r>
    </w:p>
    <w:p>
      <w:pPr>
        <w:spacing w:after="120" w:before="0"/>
      </w:pPr>
      <w:r>
        <w:rPr>
          <w:b w:val="0"/>
        </w:rPr>
        <w:t>3. Jeżeli Sprzedający jest do tego zobowiązany przepisami, wystawi Kupującemu fakturę na kwotę określoną w ust. 1.</w:t>
      </w:r>
    </w:p>
    <w:p>
      <w:pPr>
        <w:spacing w:after="80" w:before="160"/>
        <w:jc w:val="center"/>
      </w:pPr>
      <w:r>
        <w:rPr>
          <w:b/>
        </w:rPr>
        <w:t>§ 3. Wydanie towaru</w:t>
      </w:r>
    </w:p>
    <w:p>
      <w:pPr>
        <w:spacing w:after="120" w:before="0"/>
      </w:pPr>
      <w:r>
        <w:rPr>
          <w:b w:val="0"/>
        </w:rPr>
        <w:t>1. Sprzedający wyda towar Kupującemu do dnia ........................... w miejscu: ..............................................................</w:t>
      </w:r>
    </w:p>
    <w:p>
      <w:pPr>
        <w:spacing w:after="120" w:before="0"/>
      </w:pPr>
      <w:r>
        <w:rPr>
          <w:b w:val="0"/>
        </w:rPr>
        <w:t>2. Koszty transportu towaru ponosi Sprzedający / Kupujący.</w:t>
      </w:r>
    </w:p>
    <w:p>
      <w:pPr>
        <w:spacing w:after="120" w:before="0"/>
      </w:pPr>
      <w:r>
        <w:rPr>
          <w:b w:val="0"/>
        </w:rPr>
        <w:t>3. Z chwilą wydania towaru przechodzą na Kupującego korzyści i ciężary związane z towarem oraz niebezpieczeństwo jego przypadkowej utraty lub uszkodzenia.</w:t>
      </w:r>
    </w:p>
    <w:p>
      <w:pPr>
        <w:spacing w:after="120" w:before="0"/>
      </w:pPr>
      <w:r>
        <w:rPr>
          <w:b w:val="0"/>
        </w:rPr>
        <w:t>4. Wydanie towaru strony potwierdzą podpisanym protokołem odbioru albo dokumentem wydania, w którym Kupujący może wpisać widoczne braki ilościowe i uszkodzenia.</w:t>
      </w:r>
    </w:p>
    <w:p>
      <w:pPr>
        <w:spacing w:after="80" w:before="160"/>
        <w:jc w:val="center"/>
      </w:pPr>
      <w:r>
        <w:rPr>
          <w:b/>
        </w:rPr>
        <w:t>§ 4. Odpowiedzialność za wady</w:t>
      </w:r>
    </w:p>
    <w:p>
      <w:pPr>
        <w:spacing w:after="120" w:before="0"/>
      </w:pPr>
      <w:r>
        <w:rPr>
          <w:b w:val="0"/>
        </w:rPr>
        <w:t>1. Sprzedający odpowiada za wady fizyczne i prawne towaru na zasadach Kodeksu cywilnego, a jeżeli Kupujący jest konsumentem, za niezgodność towaru z umową na zasadach ustawy o prawach konsumenta.</w:t>
      </w:r>
    </w:p>
    <w:p>
      <w:pPr>
        <w:spacing w:after="120" w:before="0"/>
      </w:pPr>
      <w:r>
        <w:rPr>
          <w:b w:val="0"/>
        </w:rPr>
        <w:t>2. Kupujący zgłosi stwierdzone wady na piśmie lub mailem, opisując je i dołączając zdjęcia, jeżeli to możliwe.</w:t>
      </w:r>
    </w:p>
    <w:p>
      <w:pPr>
        <w:spacing w:after="80" w:before="160"/>
        <w:jc w:val="center"/>
      </w:pPr>
      <w:r>
        <w:rPr>
          <w:b/>
        </w:rPr>
        <w:t>§ 5. Postanowienia końcowe</w:t>
      </w:r>
    </w:p>
    <w:p>
      <w:pPr>
        <w:spacing w:after="120" w:before="0"/>
      </w:pPr>
      <w:r>
        <w:rPr>
          <w:b w:val="0"/>
        </w:rPr>
        <w:t>1. Dodatkowe ustalenia stron:</w:t>
      </w:r>
    </w:p>
    <w:p>
      <w:pPr>
        <w:spacing w:after="40" w:before="0"/>
      </w:pPr>
      <w:r>
        <w:rPr>
          <w:b w:val="0"/>
        </w:rPr>
        <w:t>...............................................................................................</w:t>
      </w:r>
    </w:p>
    <w:p>
      <w:pPr>
        <w:spacing w:after="40" w:before="0"/>
      </w:pPr>
      <w:r>
        <w:rPr>
          <w:b w:val="0"/>
        </w:rPr>
        <w:t>...............................................................................................</w:t>
      </w:r>
    </w:p>
    <w:p>
      <w:pPr>
        <w:spacing w:after="120" w:before="0"/>
      </w:pPr>
      <w:r>
        <w:rPr>
          <w:b w:val="0"/>
        </w:rPr>
        <w:t>2. Zmiany umowy wymagają formy pisemnej pod rygorem nieważności.</w:t>
      </w:r>
    </w:p>
    <w:p>
      <w:pPr>
        <w:spacing w:after="120" w:before="0"/>
      </w:pPr>
      <w:r>
        <w:rPr>
          <w:b w:val="0"/>
        </w:rPr>
        <w:t>3. W sprawach nieuregulowanych umową zastosowanie mają przepisy Kodeksu cywilnego.</w:t>
      </w:r>
    </w:p>
    <w:p>
      <w:pPr>
        <w:spacing w:after="120" w:before="0"/>
      </w:pPr>
      <w:r>
        <w:rPr>
          <w:b w:val="0"/>
        </w:rPr>
        <w:t>4. Umowę sporządzono w dwóch jednobrzmiących egzemplarzach, po jednym dla każdej ze stron.</w:t>
      </w:r>
    </w:p>
    <w:p>
      <w:pPr>
        <w:spacing w:after="480" w:before="0"/>
      </w:pPr>
      <w:r>
        <w:rPr>
          <w:b w:val="0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........................................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........................................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Sprzedający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Kupujący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000000"/>
        <w:sz w:val="15"/>
      </w:rPr>
      <w:t xml:space="preserve">Źródło: </w:t>
    </w:r>
    <w:hyperlink r:id="rId1">
      <w:r>
        <w:rPr>
          <w:color w:val="000000"/>
          <w:u w:val="single"/>
          <w:sz w:val="15"/>
        </w:rPr>
        <w:t>pdfconverter.pl/wzory/umowa-sprzedazy-towaru/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pdfconverter.pl/wzory/umowa-sprzedazy-towa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sprzedaży towaru: wzór 2026</dc:title>
  <dc:subject>Darmowy wzór umowy sprzedaży towaru 2026 w PDF i DOCX lub online: między firmami albo osobą prywatną i firmą. Cena, dostawa, płatność, rękojmia i PCC.</dc:subject>
  <dc:creator>pdfconverter.pl</dc:creator>
  <cp:keywords>umowa sprzedaży towaru, umowa sprzedaży towaru wzór, druk umowa sprzedaży, umowa zakupu, umowa kupna sprzedaży między osobą fizyczną a firmą, umowa sprzedaży wzór 2026</cp:keywords>
  <dc:description>Wzór dokumentu z pdfconverter.pl/wzory/umowa-sprzedazy-towaru/</dc:description>
  <cp:lastModifiedBy>pdfconverter.pl</cp:lastModifiedBy>
  <cp:revision>1</cp:revision>
  <dcterms:created xsi:type="dcterms:W3CDTF">2026-10-29T09:00:00Z</dcterms:created>
  <dcterms:modified xsi:type="dcterms:W3CDTF">2026-10-29T09:00:00Z</dcterms:modified>
  <cp:category/>
  <dc:language>pl-PL</dc:language>
</cp:coreProperties>
</file>