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200"/>
        <w:jc w:val="center"/>
      </w:pPr>
      <w:r>
        <w:rPr>
          <w:b/>
          <w:sz w:val="28"/>
        </w:rPr>
        <w:t>UMOWA POŻYCZKI</w:t>
      </w:r>
    </w:p>
    <w:p>
      <w:pPr>
        <w:spacing w:after="120" w:before="0"/>
        <w:jc w:val="center"/>
      </w:pPr>
      <w:r>
        <w:rPr>
          <w:b w:val="0"/>
        </w:rPr>
        <w:t>zawarta w dniu ....................... w miejscowości .............................. pomiędzy:</w:t>
      </w:r>
    </w:p>
    <w:p>
      <w:pPr>
        <w:spacing w:after="120" w:before="0"/>
      </w:pPr>
      <w:r>
        <w:rPr>
          <w:b w:val="0"/>
        </w:rPr>
        <w:t>Pożyczkodawcą: ..................................................., zamieszkałym: ...................................................................., PESEL: ......................., legitymującym się dowodem osobistym nr .......................,</w:t>
      </w:r>
    </w:p>
    <w:p>
      <w:pPr>
        <w:spacing w:after="120" w:before="0"/>
      </w:pPr>
      <w:r>
        <w:rPr>
          <w:b w:val="0"/>
        </w:rPr>
        <w:t>a</w:t>
      </w:r>
    </w:p>
    <w:p>
      <w:pPr>
        <w:spacing w:after="120" w:before="0"/>
      </w:pPr>
      <w:r>
        <w:rPr>
          <w:b w:val="0"/>
        </w:rPr>
        <w:t>Pożyczkobiorcą: ..................................................., zamieszkałym: ...................................................................., PESEL: ......................., legitymującym się dowodem osobistym nr ........................</w:t>
      </w:r>
    </w:p>
    <w:p>
      <w:pPr>
        <w:spacing w:after="80" w:before="160"/>
        <w:jc w:val="center"/>
      </w:pPr>
      <w:r>
        <w:rPr>
          <w:b/>
        </w:rPr>
        <w:t>§ 1</w:t>
      </w:r>
    </w:p>
    <w:p>
      <w:pPr>
        <w:spacing w:after="120" w:before="0"/>
      </w:pPr>
      <w:r>
        <w:rPr>
          <w:b w:val="0"/>
        </w:rPr>
        <w:t>1. Pożyczkodawca przenosi na własność Pożyczkobiorcy kwotę .................... zł (słownie: ............................................................. złotych), a Pożyczkobiorca zobowiązuje się zwrócić tę samą kwotę na zasadach określonych w umowie.</w:t>
      </w:r>
    </w:p>
    <w:p>
      <w:pPr>
        <w:spacing w:after="120" w:before="0"/>
      </w:pPr>
      <w:r>
        <w:rPr>
          <w:b w:val="0"/>
        </w:rPr>
        <w:t>2. Pożyczkodawca przekaże kwotę pożyczki przelewem na rachunek bankowy Pożyczkobiorcy / gotówką w dniu podpisania umowy, numer rachunku: ....................................................... Przy wypłacie gotówką Pożyczkobiorca potwierdza odbiór pieniędzy podpisem pod umową.</w:t>
      </w:r>
    </w:p>
    <w:p>
      <w:pPr>
        <w:spacing w:after="80" w:before="160"/>
        <w:jc w:val="center"/>
      </w:pPr>
      <w:r>
        <w:rPr>
          <w:b/>
        </w:rPr>
        <w:t>§ 2</w:t>
      </w:r>
    </w:p>
    <w:p>
      <w:pPr>
        <w:spacing w:after="120" w:before="0"/>
      </w:pPr>
      <w:r>
        <w:rPr>
          <w:b w:val="0"/>
        </w:rPr>
        <w:t>1. Pożyczka jest oprocentowana według stałej stopy ..........% w skali roku. Wpisanie 0% oznacza pożyczkę nieoprocentowaną.</w:t>
      </w:r>
    </w:p>
    <w:p>
      <w:pPr>
        <w:spacing w:after="120" w:before="0"/>
      </w:pPr>
      <w:r>
        <w:rPr>
          <w:b w:val="0"/>
        </w:rPr>
        <w:t>2. Strony oświadczają, że uzgodnione oprocentowanie nie przekracza odsetek maksymalnych określonych w Kodeksie cywilnym.</w:t>
      </w:r>
    </w:p>
    <w:p>
      <w:pPr>
        <w:spacing w:after="80" w:before="160"/>
        <w:jc w:val="center"/>
      </w:pPr>
      <w:r>
        <w:rPr>
          <w:b/>
        </w:rPr>
        <w:t>§ 3</w:t>
      </w:r>
    </w:p>
    <w:p>
      <w:pPr>
        <w:spacing w:after="120" w:before="0"/>
      </w:pPr>
      <w:r>
        <w:rPr>
          <w:b w:val="0"/>
        </w:rPr>
        <w:t>1. Pożyczkobiorca zwróci pożyczkę wraz z ewentualnymi odsetkami jednorazowo / w ratach miesięcznych, najpóźniej do dnia ......................., przelewem na rachunek bankowy Pożyczkodawcy nr .......................................................</w:t>
      </w:r>
    </w:p>
    <w:p>
      <w:pPr>
        <w:spacing w:after="120" w:before="0"/>
      </w:pPr>
      <w:r>
        <w:rPr>
          <w:b w:val="0"/>
        </w:rPr>
        <w:t>2. Przy spłacie w ratach: liczba rat .........., wysokość raty ................. zł, płatnych do .......... dnia każdego miesiąca. Za dzień zapłaty uznaje się dzień uznania rachunku Pożyczkodawcy.</w:t>
      </w:r>
    </w:p>
    <w:p>
      <w:pPr>
        <w:spacing w:after="120" w:before="0"/>
      </w:pPr>
      <w:r>
        <w:rPr>
          <w:b w:val="0"/>
        </w:rPr>
        <w:t>3. Pożyczkobiorca może zwrócić pożyczkę w całości lub w części przed terminem, bez dodatkowych kosztów. Odsetki należą się wtedy tylko za okres faktycznego korzystania z pieniędzy.</w:t>
      </w:r>
    </w:p>
    <w:p>
      <w:pPr>
        <w:spacing w:after="80" w:before="160"/>
        <w:jc w:val="center"/>
      </w:pPr>
      <w:r>
        <w:rPr>
          <w:b/>
        </w:rPr>
        <w:t>§ 4</w:t>
      </w:r>
    </w:p>
    <w:p>
      <w:pPr>
        <w:spacing w:after="120" w:before="0"/>
      </w:pPr>
      <w:r>
        <w:rPr>
          <w:b w:val="0"/>
        </w:rPr>
        <w:t>1. W razie opóźnienia w zwrocie pożyczki lub raty Pożyczkodawcy przysługują odsetki ustawowe za opóźnienie.</w:t>
      </w:r>
    </w:p>
    <w:p>
      <w:pPr>
        <w:spacing w:after="120" w:before="0"/>
      </w:pPr>
      <w:r>
        <w:rPr>
          <w:b w:val="0"/>
        </w:rPr>
        <w:t>2. Jeżeli Pożyczkobiorca opóźnia się z zapłatą co najmniej dwóch rat, Pożyczkodawca może wezwać go na piśmie do zapłaty zaległości w terminie 14 dni, a po bezskutecznym upływie tego terminu wypowiedzieć umowę i żądać zwrotu całej niespłaconej kwoty.</w:t>
      </w:r>
    </w:p>
    <w:p>
      <w:pPr>
        <w:spacing w:after="80" w:before="160"/>
        <w:jc w:val="center"/>
      </w:pPr>
      <w:r>
        <w:rPr>
          <w:b/>
        </w:rPr>
        <w:t>§ 5</w:t>
      </w:r>
    </w:p>
    <w:p>
      <w:pPr>
        <w:spacing w:after="120" w:before="0"/>
      </w:pPr>
      <w:r>
        <w:rPr>
          <w:b w:val="0"/>
        </w:rPr>
        <w:t>Koszty zawarcia umowy, w tym ewentualny podatek od czynności cywilnoprawnych, ponosi Pożyczkobiorca.</w:t>
      </w:r>
    </w:p>
    <w:p>
      <w:pPr>
        <w:spacing w:after="80" w:before="160"/>
        <w:jc w:val="center"/>
      </w:pPr>
      <w:r>
        <w:rPr>
          <w:b/>
        </w:rPr>
        <w:t>§ 6</w:t>
      </w:r>
    </w:p>
    <w:p>
      <w:pPr>
        <w:spacing w:after="120" w:before="0"/>
      </w:pPr>
      <w:r>
        <w:rPr>
          <w:b w:val="0"/>
        </w:rPr>
        <w:t>1. Zmiany umowy wymagają formy pisemnej pod rygorem nieważności.</w:t>
      </w:r>
    </w:p>
    <w:p>
      <w:pPr>
        <w:spacing w:after="120" w:before="0"/>
      </w:pPr>
      <w:r>
        <w:rPr>
          <w:b w:val="0"/>
        </w:rPr>
        <w:t>2. W sprawach nieuregulowanych umową zastosowanie mają przepisy Kodeksu cywilnego.</w:t>
      </w:r>
    </w:p>
    <w:p>
      <w:pPr>
        <w:spacing w:after="120" w:before="0"/>
      </w:pPr>
      <w:r>
        <w:rPr>
          <w:b w:val="0"/>
        </w:rPr>
        <w:t>3. Umowę sporządzono w dwóch jednobrzmiących egzemplarzach, po jednym dla każdej ze stron.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Pożyczkodawca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Pożyczkobiorca</w:t>
            </w:r>
          </w:p>
        </w:tc>
      </w:tr>
    </w:tbl>
    <w:p>
      <w:pPr>
        <w:spacing w:after="240" w:before="0"/>
      </w:pPr>
      <w:r>
        <w:rPr>
          <w:b w:val="0"/>
        </w:rPr>
      </w:r>
    </w:p>
    <w:p>
      <w:pPr>
        <w:spacing w:after="120" w:before="0"/>
      </w:pPr>
      <w:r>
        <w:rPr>
          <w:b w:val="0"/>
        </w:rPr>
        <w:t>Potwierdzenie odbioru gotówki (wypełnij tylko przy wypłacie gotówką): potwierdzam, że w dniu ....................... otrzymałem/otrzymałam od Pożyczkodawcy kwotę .................... zł.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podpis Pożyczkobiorcy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>Wzór pobrany z pdfconverter.pl/wzory/umowa-pozyczki/ · wzór poglądowy, dostosuj go do swojej sytuacji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pożyczki: wzór 2026</dc:title>
  <dc:subject>Darmowy wzór umowy pożyczki pieniędzy między osobami prywatnymi w PDF i DOCX lub do wypełnienia online. Raty, odsetki, PCC 0,5% i zwolnienia dla rodziny.</dc:subject>
  <dc:creator>pdfconverter.pl</dc:creator>
  <cp:keywords>umowa pożyczki, umowa pożyczki wzór, umowa pożyczki pdf, umowa pożyczki pieniędzy, umowa pożyczki między osobami prywatnymi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