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 w:before="200"/>
        <w:jc w:val="center"/>
      </w:pPr>
      <w:r>
        <w:rPr>
          <w:b/>
          <w:sz w:val="28"/>
        </w:rPr>
        <w:t>UMOWA O DZIEŁO</w:t>
      </w:r>
    </w:p>
    <w:p>
      <w:pPr>
        <w:spacing w:after="120" w:before="0"/>
        <w:jc w:val="center"/>
      </w:pPr>
      <w:r>
        <w:rPr>
          <w:b w:val="0"/>
        </w:rPr>
        <w:t>zawarta w dniu ....................... w miejscowości ........................... pomiędzy:</w:t>
      </w:r>
    </w:p>
    <w:p>
      <w:pPr>
        <w:spacing w:after="120" w:before="0"/>
      </w:pPr>
      <w:r>
        <w:rPr>
          <w:b w:val="0"/>
        </w:rPr>
        <w:t>........................................................., adres: ............................................................., NIP/PESEL: ......................., zwanym dalej Zamawiającym,</w:t>
      </w:r>
    </w:p>
    <w:p>
      <w:pPr>
        <w:spacing w:after="120" w:before="0"/>
      </w:pPr>
      <w:r>
        <w:rPr>
          <w:b w:val="0"/>
        </w:rPr>
        <w:t>a</w:t>
      </w:r>
    </w:p>
    <w:p>
      <w:pPr>
        <w:spacing w:after="120" w:before="0"/>
      </w:pPr>
      <w:r>
        <w:rPr>
          <w:b w:val="0"/>
        </w:rPr>
        <w:t>..................................................., zamieszkałym: ............................................................., PESEL: ......................., zwanym dalej Wykonawcą.</w:t>
      </w:r>
    </w:p>
    <w:p>
      <w:pPr>
        <w:spacing w:after="80" w:before="160"/>
        <w:jc w:val="center"/>
      </w:pPr>
      <w:r>
        <w:rPr>
          <w:b/>
        </w:rPr>
        <w:t>§ 1</w:t>
      </w:r>
    </w:p>
    <w:p>
      <w:pPr>
        <w:spacing w:after="120" w:before="0"/>
      </w:pPr>
      <w:r>
        <w:rPr>
          <w:b w:val="0"/>
        </w:rPr>
        <w:t>Zamawiający zamawia, a Wykonawca zobowiązuje się wykonać dzieło polegające na: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40" w:before="0"/>
      </w:pPr>
      <w:r>
        <w:rPr>
          <w:b w:val="0"/>
        </w:rPr>
        <w:t>...............................................................................................</w:t>
      </w:r>
    </w:p>
    <w:p>
      <w:pPr>
        <w:spacing w:after="80" w:before="160"/>
        <w:jc w:val="center"/>
      </w:pPr>
      <w:r>
        <w:rPr>
          <w:b/>
        </w:rPr>
        <w:t>§ 2</w:t>
      </w:r>
    </w:p>
    <w:p>
      <w:pPr>
        <w:spacing w:after="120" w:before="0"/>
      </w:pPr>
      <w:r>
        <w:rPr>
          <w:b w:val="0"/>
        </w:rPr>
        <w:t>1. Wykonawca wykona dzieło do dnia ........................... i wyda je Zamawiającemu w formie ..............................................................</w:t>
      </w:r>
    </w:p>
    <w:p>
      <w:pPr>
        <w:spacing w:after="120" w:before="0"/>
      </w:pPr>
      <w:r>
        <w:rPr>
          <w:b w:val="0"/>
        </w:rPr>
        <w:t>2. Wykonawca wykonuje dzieło samodzielnie, z własnych materiałów i przy użyciu własnych narzędzi, chyba że strony postanowią inaczej na piśmie.</w:t>
      </w:r>
    </w:p>
    <w:p>
      <w:pPr>
        <w:spacing w:after="120" w:before="0"/>
      </w:pPr>
      <w:r>
        <w:rPr>
          <w:b w:val="0"/>
        </w:rPr>
        <w:t>3. Zamawiający w terminie 7 dni od wydania dzieła dokona jego odbioru albo zgłosi na piśmie zastrzeżenia. Brak zastrzeżeń w tym terminie oznacza odbiór dzieła bez zastrzeżeń.</w:t>
      </w:r>
    </w:p>
    <w:p>
      <w:pPr>
        <w:spacing w:after="80" w:before="160"/>
        <w:jc w:val="center"/>
      </w:pPr>
      <w:r>
        <w:rPr>
          <w:b/>
        </w:rPr>
        <w:t>§ 3</w:t>
      </w:r>
    </w:p>
    <w:p>
      <w:pPr>
        <w:spacing w:after="120" w:before="0"/>
      </w:pPr>
      <w:r>
        <w:rPr>
          <w:b w:val="0"/>
        </w:rPr>
        <w:t>1. Za wykonanie dzieła Wykonawcy przysługuje wynagrodzenie ryczałtowe w wysokości .................... zł brutto (słownie: .........................................................).</w:t>
      </w:r>
    </w:p>
    <w:p>
      <w:pPr>
        <w:spacing w:after="120" w:before="0"/>
      </w:pPr>
      <w:r>
        <w:rPr>
          <w:b w:val="0"/>
        </w:rPr>
        <w:t>2. Wynagrodzenie płatne jest w terminie .......... dni od dnia odbioru dzieła, na podstawie rachunku wystawionego przez Wykonawcę, przelewem na wskazany w nim rachunek bankowy.</w:t>
      </w:r>
    </w:p>
    <w:p>
      <w:pPr>
        <w:spacing w:after="80" w:before="160"/>
        <w:jc w:val="center"/>
      </w:pPr>
      <w:r>
        <w:rPr>
          <w:b/>
        </w:rPr>
        <w:t>§ 4</w:t>
      </w:r>
    </w:p>
    <w:p>
      <w:pPr>
        <w:spacing w:after="120" w:before="0"/>
      </w:pPr>
      <w:r>
        <w:rPr>
          <w:b w:val="0"/>
        </w:rPr>
        <w:t>1. Jeżeli dzieło stanowi utwór w rozumieniu ustawy o prawie autorskim i prawach pokrewnych, z chwilą zapłaty wynagrodzenia Wykonawca przenosi na Zamawiającego autorskie prawa majątkowe do utworu, bez ograniczeń czasowych i terytorialnych, na następujących polach eksploatacji: .......................................................................................................</w:t>
      </w:r>
    </w:p>
    <w:p>
      <w:pPr>
        <w:spacing w:after="120" w:before="0"/>
      </w:pPr>
      <w:r>
        <w:rPr>
          <w:b w:val="0"/>
        </w:rPr>
        <w:t>2. Wynagrodzenie określone w § 3 obejmuje wynagrodzenie za przeniesienie autorskich praw majątkowych.</w:t>
      </w:r>
    </w:p>
    <w:p>
      <w:pPr>
        <w:spacing w:after="120" w:before="0"/>
      </w:pPr>
      <w:r>
        <w:rPr>
          <w:b w:val="0"/>
        </w:rPr>
        <w:t>3. Wykonawca oświadcza, że dzieło będzie jego oryginalnym utworem i nie będzie naruszać praw osób trzecich.</w:t>
      </w:r>
    </w:p>
    <w:p>
      <w:pPr>
        <w:spacing w:after="80" w:before="160"/>
        <w:jc w:val="center"/>
      </w:pPr>
      <w:r>
        <w:rPr>
          <w:b/>
        </w:rPr>
        <w:t>§ 5</w:t>
      </w:r>
    </w:p>
    <w:p>
      <w:pPr>
        <w:spacing w:after="120" w:before="0"/>
      </w:pPr>
      <w:r>
        <w:rPr>
          <w:b w:val="0"/>
        </w:rPr>
        <w:t>1. Jeżeli Wykonawca opóźnia się z rozpoczęciem lub wykonaniem dzieła tak dalece, że nie jest prawdopodobne, aby zdołał je ukończyć w terminie, Zamawiający może odstąpić od umowy przed upływem tego terminu.</w:t>
      </w:r>
    </w:p>
    <w:p>
      <w:pPr>
        <w:spacing w:after="120" w:before="0"/>
      </w:pPr>
      <w:r>
        <w:rPr>
          <w:b w:val="0"/>
        </w:rPr>
        <w:t>2. Do odpowiedzialności Wykonawcy za wady dzieła stosuje się przepisy Kodeksu cywilnego o rękojmi przy sprzedaży.</w:t>
      </w:r>
    </w:p>
    <w:p>
      <w:pPr>
        <w:spacing w:after="80" w:before="160"/>
        <w:jc w:val="center"/>
      </w:pPr>
      <w:r>
        <w:rPr>
          <w:b/>
        </w:rPr>
        <w:t>§ 6</w:t>
      </w:r>
    </w:p>
    <w:p>
      <w:pPr>
        <w:spacing w:after="120" w:before="0"/>
      </w:pPr>
      <w:r>
        <w:rPr>
          <w:b w:val="0"/>
        </w:rPr>
        <w:t>1. Zmiany umowy wymagają formy pisemnej pod rygorem nieważności.</w:t>
      </w:r>
    </w:p>
    <w:p>
      <w:pPr>
        <w:spacing w:after="120" w:before="0"/>
      </w:pPr>
      <w:r>
        <w:rPr>
          <w:b w:val="0"/>
        </w:rPr>
        <w:t>2. W sprawach nieuregulowanych zastosowanie mają przepisy Kodeksu cywilnego oraz ustawy o prawie autorskim i prawach pokrewnych.</w:t>
      </w:r>
    </w:p>
    <w:p>
      <w:pPr>
        <w:spacing w:after="120" w:before="0"/>
      </w:pPr>
      <w:r>
        <w:rPr>
          <w:b w:val="0"/>
        </w:rPr>
        <w:t>3. Umowę sporządzono w dwóch jednobrzmiących egzemplarzach, po jednym dla każdej ze stron.</w:t>
      </w:r>
    </w:p>
    <w:p>
      <w:pPr>
        <w:spacing w:after="480" w:before="0"/>
      </w:pPr>
      <w:r>
        <w:rPr>
          <w:b w:val="0"/>
        </w:rPr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........................................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Zamawiający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Wykonawca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00000"/>
        <w:sz w:val="15"/>
      </w:rPr>
      <w:t xml:space="preserve">Źródło: </w:t>
    </w:r>
    <w:hyperlink r:id="rId1">
      <w:r>
        <w:rPr>
          <w:color w:val="000000"/>
          <w:u w:val="single"/>
          <w:sz w:val="15"/>
        </w:rPr>
        <w:t>pdfconverter.pl/wzory/umowa-o-dzielo/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pdfconverter.pl/wzory/umowa-o-dzie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Umowa o dzieło: wzór 2026</vt:lpstr>
    </vt:vector>
  </TitlesOfParts>
  <Manager/>
  <Company>pdfconverter.pl</Company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dzieło: wzór 2026</dc:title>
  <dc:subject>Darmowy wzór umowy o dzieło 2026 w PDF i DOCX lub do wypełnienia online. Przeniesienie praw autorskich, zgłoszenie RUD do ZUS, podatek i koszty 50%.</dc:subject>
  <dc:creator>pdfconverter.pl</dc:creator>
  <cp:keywords>umowa o dzieło, umowa o dzieło wzór, umowa o dzieło pdf, wzór umowy o dzieło 2026</cp:keywords>
  <dc:description>Darmowy wzór umowy o dzieło 2026 w PDF i DOCX lub do wypełnienia online. Przeniesienie praw autorskich, zgłoszenie RUD do ZUS, podatek i koszty 50%. Źródło: https://pdfconverter.pl/wzory/umowa-o-dzielo/</dc:description>
  <cp:lastModifiedBy>pdfconverter.pl</cp:lastModifiedBy>
  <cp:revision>2</cp:revision>
  <dcterms:created xsi:type="dcterms:W3CDTF">2026-10-14T12:00:00Z</dcterms:created>
  <dcterms:modified xsi:type="dcterms:W3CDTF">2026-10-22T10:00:00Z</dcterms:modified>
  <cp:category>Wzory dokumentów</cp:category>
  <dc:language>pl-PL</dc:language>
</cp:coreProperties>
</file>