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200"/>
        <w:jc w:val="center"/>
      </w:pPr>
      <w:r>
        <w:rPr>
          <w:b/>
          <w:sz w:val="28"/>
        </w:rPr>
        <w:t>UMOWA NAJMU LOKALU MIESZKALNEGO</w:t>
      </w:r>
    </w:p>
    <w:p>
      <w:pPr>
        <w:spacing w:after="120" w:before="0"/>
        <w:jc w:val="center"/>
      </w:pPr>
      <w:r>
        <w:rPr>
          <w:b w:val="0"/>
        </w:rPr>
        <w:t>zawarta w dniu ....................... w miejscowości ........................... pomiędzy:</w:t>
      </w:r>
    </w:p>
    <w:p>
      <w:pPr>
        <w:spacing w:after="120" w:before="0"/>
      </w:pPr>
      <w:r>
        <w:rPr>
          <w:b w:val="0"/>
        </w:rPr>
        <w:t>..................................................., zamieszkałym: ............................................................., PESEL: ......................., zwanym dalej Wynajmującym,</w:t>
      </w:r>
    </w:p>
    <w:p>
      <w:pPr>
        <w:spacing w:after="120" w:before="0"/>
      </w:pPr>
      <w:r>
        <w:rPr>
          <w:b w:val="0"/>
        </w:rPr>
        <w:t>a</w:t>
      </w:r>
    </w:p>
    <w:p>
      <w:pPr>
        <w:spacing w:after="120" w:before="0"/>
      </w:pPr>
      <w:r>
        <w:rPr>
          <w:b w:val="0"/>
        </w:rPr>
        <w:t>..................................................., zamieszkałym: ............................................................., PESEL: ......................., zwanym dalej Najemcą.</w:t>
      </w:r>
    </w:p>
    <w:p>
      <w:pPr>
        <w:spacing w:after="80" w:before="160"/>
        <w:jc w:val="center"/>
      </w:pPr>
      <w:r>
        <w:rPr>
          <w:b/>
        </w:rPr>
        <w:t>§ 1. Przedmiot najmu</w:t>
      </w:r>
    </w:p>
    <w:p>
      <w:pPr>
        <w:spacing w:after="120" w:before="0"/>
      </w:pPr>
      <w:r>
        <w:rPr>
          <w:b w:val="0"/>
        </w:rPr>
        <w:t>1. Wynajmujący oświadcza, że jest właścicielem lokalu mieszkalnego położonego pod adresem: ...................................................................., składającego się z .......... pokoi, o powierzchni .......... m², zwanego dalej Lokalem.</w:t>
      </w:r>
    </w:p>
    <w:p>
      <w:pPr>
        <w:spacing w:after="120" w:before="0"/>
      </w:pPr>
      <w:r>
        <w:rPr>
          <w:b w:val="0"/>
        </w:rPr>
        <w:t>2. Wynajmujący oddaje Najemcy Lokal do używania w celach mieszkaniowych, a Najemca zobowiązuje się płacić Wynajmującemu umówiony czynsz.</w:t>
      </w:r>
    </w:p>
    <w:p>
      <w:pPr>
        <w:spacing w:after="120" w:before="0"/>
      </w:pPr>
      <w:r>
        <w:rPr>
          <w:b w:val="0"/>
        </w:rPr>
        <w:t>3. Stan Lokalu, jego wyposażenie oraz stany liczników strony określą w protokole zdawczo-odbiorczym, który stanowi załącznik do umowy.</w:t>
      </w:r>
    </w:p>
    <w:p>
      <w:pPr>
        <w:spacing w:after="80" w:before="160"/>
        <w:jc w:val="center"/>
      </w:pPr>
      <w:r>
        <w:rPr>
          <w:b/>
        </w:rPr>
        <w:t>§ 2. Okres najmu</w:t>
      </w:r>
    </w:p>
    <w:p>
      <w:pPr>
        <w:spacing w:after="120" w:before="0"/>
      </w:pPr>
      <w:r>
        <w:rPr>
          <w:b w:val="0"/>
        </w:rPr>
        <w:t>Umowa zostaje zawarta na czas określony od dnia ........................... do dnia ............................</w:t>
      </w:r>
    </w:p>
    <w:p>
      <w:pPr>
        <w:spacing w:after="80" w:before="160"/>
        <w:jc w:val="center"/>
      </w:pPr>
      <w:r>
        <w:rPr>
          <w:b/>
        </w:rPr>
        <w:t>§ 3. Czynsz i opłaty</w:t>
      </w:r>
    </w:p>
    <w:p>
      <w:pPr>
        <w:spacing w:after="120" w:before="0"/>
      </w:pPr>
      <w:r>
        <w:rPr>
          <w:b w:val="0"/>
        </w:rPr>
        <w:t>1. Najemca będzie płacił Wynajmującemu czynsz najmu w wysokości ................. zł miesięcznie oraz opłaty administracyjne w wysokości ................. zł miesięcznie, z góry, do dnia .......... każdego miesiąca, na rachunek bankowy nr .......................................................</w:t>
      </w:r>
    </w:p>
    <w:p>
      <w:pPr>
        <w:spacing w:after="120" w:before="0"/>
      </w:pPr>
      <w:r>
        <w:rPr>
          <w:b w:val="0"/>
        </w:rPr>
        <w:t>2. Opłaty za energię elektryczną, gaz i inne media rozliczane według zużycia ponosi Najemca według wskazań liczników.</w:t>
      </w:r>
    </w:p>
    <w:p>
      <w:pPr>
        <w:spacing w:after="120" w:before="0"/>
      </w:pPr>
      <w:r>
        <w:rPr>
          <w:b w:val="0"/>
        </w:rPr>
        <w:t>3. Zmiana wysokości opłat administracyjnych wynikająca z decyzji zarządcy budynku nie wymaga aneksu, jeśli Wynajmujący przedstawi Najemcy dokument potwierdzający zmianę.</w:t>
      </w:r>
    </w:p>
    <w:p>
      <w:pPr>
        <w:spacing w:after="80" w:before="160"/>
        <w:jc w:val="center"/>
      </w:pPr>
      <w:r>
        <w:rPr>
          <w:b/>
        </w:rPr>
        <w:t>§ 4. Kaucja</w:t>
      </w:r>
    </w:p>
    <w:p>
      <w:pPr>
        <w:spacing w:after="120" w:before="0"/>
      </w:pPr>
      <w:r>
        <w:rPr>
          <w:b w:val="0"/>
        </w:rPr>
        <w:t>1. Najemca wpłaca Wynajmującemu kaucję w wysokości ................. zł na zabezpieczenie należności z tytułu najmu.</w:t>
      </w:r>
    </w:p>
    <w:p>
      <w:pPr>
        <w:spacing w:after="120" w:before="0"/>
      </w:pPr>
      <w:r>
        <w:rPr>
          <w:b w:val="0"/>
        </w:rPr>
        <w:t>2. Kaucja podlega zwrotowi w ciągu miesiąca od dnia opróżnienia Lokalu, po potrąceniu należności Wynajmującego z tytułu najmu.</w:t>
      </w:r>
    </w:p>
    <w:p>
      <w:pPr>
        <w:spacing w:after="80" w:before="160"/>
        <w:jc w:val="center"/>
      </w:pPr>
      <w:r>
        <w:rPr>
          <w:b/>
        </w:rPr>
        <w:t>§ 5. Obowiązki stron</w:t>
      </w:r>
    </w:p>
    <w:p>
      <w:pPr>
        <w:spacing w:after="120" w:before="0"/>
      </w:pPr>
      <w:r>
        <w:rPr>
          <w:b w:val="0"/>
        </w:rPr>
        <w:t>1. Najemca zobowiązuje się używać Lokalu zgodnie z jego przeznaczeniem, dbać o jego stan i dokonywać drobnych napraw związanych ze zwykłym używaniem.</w:t>
      </w:r>
    </w:p>
    <w:p>
      <w:pPr>
        <w:spacing w:after="120" w:before="0"/>
      </w:pPr>
      <w:r>
        <w:rPr>
          <w:b w:val="0"/>
        </w:rPr>
        <w:t>2. Najemca nie może oddać Lokalu w podnajem ani do bezpłatnego używania osobom trzecim bez pisemnej zgody Wynajmującego.</w:t>
      </w:r>
    </w:p>
    <w:p>
      <w:pPr>
        <w:spacing w:after="120" w:before="0"/>
      </w:pPr>
      <w:r>
        <w:rPr>
          <w:b w:val="0"/>
        </w:rPr>
        <w:t>3. Wynajmujący zobowiązuje się utrzymywać Lokal w stanie przydatnym do umówionego użytku i dokonywać napraw, które nie obciążają Najemcy.</w:t>
      </w:r>
    </w:p>
    <w:p>
      <w:pPr>
        <w:spacing w:after="80" w:before="160"/>
        <w:jc w:val="center"/>
      </w:pPr>
      <w:r>
        <w:rPr>
          <w:b/>
        </w:rPr>
        <w:t>§ 6. Rozwiązanie umowy</w:t>
      </w:r>
    </w:p>
    <w:p>
      <w:pPr>
        <w:spacing w:after="120" w:before="0"/>
      </w:pPr>
      <w:r>
        <w:rPr>
          <w:b w:val="0"/>
        </w:rPr>
        <w:t>1. Każda ze stron może wypowiedzieć umowę w przypadkach przewidzianych w ustawie o ochronie praw lokatorów, mieszkaniowym zasobie gminy i o zmianie Kodeksu cywilnego oraz w Kodeksie cywilnym.</w:t>
      </w:r>
    </w:p>
    <w:p>
      <w:pPr>
        <w:spacing w:after="120" w:before="0"/>
      </w:pPr>
      <w:r>
        <w:rPr>
          <w:b w:val="0"/>
        </w:rPr>
        <w:t>2. Po zakończeniu najmu Najemca zwróci Lokal w stanie niepogorszonym, z uwzględnieniem normalnego zużycia, co strony potwierdzą protokołem.</w:t>
      </w:r>
    </w:p>
    <w:p>
      <w:pPr>
        <w:spacing w:after="80" w:before="160"/>
        <w:jc w:val="center"/>
      </w:pPr>
      <w:r>
        <w:rPr>
          <w:b/>
        </w:rPr>
        <w:t>§ 7. Postanowienia końcowe</w:t>
      </w:r>
    </w:p>
    <w:p>
      <w:pPr>
        <w:spacing w:after="120" w:before="0"/>
      </w:pPr>
      <w:r>
        <w:rPr>
          <w:b w:val="0"/>
        </w:rPr>
        <w:t>1. Zmiany umowy wymagają formy pisemnej pod rygorem nieważności.</w:t>
      </w:r>
    </w:p>
    <w:p>
      <w:pPr>
        <w:spacing w:after="120" w:before="0"/>
      </w:pPr>
      <w:r>
        <w:rPr>
          <w:b w:val="0"/>
        </w:rPr>
        <w:t>2. W sprawach nieuregulowanych zastosowanie mają przepisy Kodeksu cywilnego oraz ustawy o ochronie praw lokatorów.</w:t>
      </w:r>
    </w:p>
    <w:p>
      <w:pPr>
        <w:spacing w:after="120" w:before="0"/>
      </w:pPr>
      <w:r>
        <w:rPr>
          <w:b w:val="0"/>
        </w:rPr>
        <w:t>3. Umowę sporządzono w dwóch jednobrzmiących egzemplarzach, po jednym dla każdej ze stron.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Wynajmujący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Najemca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 xml:space="preserve">Wzór pobrany z </w:t>
    </w:r>
    <w:hyperlink r:id="rId1">
      <w:r>
        <w:rPr>
          <w:color w:val="1A4FB5"/>
          <w:u w:val="single"/>
          <w:sz w:val="15"/>
        </w:rPr>
        <w:t>pdfconverter.pl/wzory/umowa-najmu-mieszkania/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dfconverter.pl/wzory/umowa-najmu-mieszkani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najmu mieszkania: wzór 2026</dc:title>
  <dc:subject>Darmowy wzór umowy najmu mieszkania 2026 w PDF i DOCX lub do wypełnienia online. Czynsz, opłaty, kaucja, wypowiedzenie i protokół zdawczo-odbiorczy.</dc:subject>
  <dc:creator>pdfconverter.pl</dc:creator>
  <cp:keywords>umowa najmu mieszkania, umowa najmu mieszkania pdf, wzór umowy najmu mieszkania, umowa wynajmu mieszkania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