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0" w:before="200"/>
        <w:jc w:val="center"/>
      </w:pPr>
      <w:r>
        <w:rPr>
          <w:b/>
          <w:sz w:val="28"/>
        </w:rPr>
        <w:t>UMOWA KUPNA-SPRZEDAŻY SAMOCHODU</w:t>
      </w:r>
    </w:p>
    <w:p>
      <w:pPr>
        <w:spacing w:after="120" w:before="0"/>
        <w:jc w:val="center"/>
      </w:pPr>
      <w:r>
        <w:rPr>
          <w:b w:val="0"/>
        </w:rPr>
        <w:t>zawarta w dniu ....................... w miejscowości .............................. pomiędzy:</w:t>
      </w:r>
    </w:p>
    <w:p>
      <w:pPr>
        <w:spacing w:after="120" w:before="0"/>
      </w:pPr>
      <w:r>
        <w:rPr>
          <w:b w:val="0"/>
        </w:rPr>
        <w:t>Sprzedającym: ..................................................., zamieszkałym: ...................................................................., PESEL: ......................., legitymującym się dowodem osobistym nr .......................,</w:t>
      </w:r>
    </w:p>
    <w:p>
      <w:pPr>
        <w:spacing w:after="120" w:before="0"/>
      </w:pPr>
      <w:r>
        <w:rPr>
          <w:b w:val="0"/>
        </w:rPr>
        <w:t>a</w:t>
      </w:r>
    </w:p>
    <w:p>
      <w:pPr>
        <w:spacing w:after="120" w:before="0"/>
      </w:pPr>
      <w:r>
        <w:rPr>
          <w:b w:val="0"/>
        </w:rPr>
        <w:t>Kupującym: ..................................................., zamieszkałym: ...................................................................., PESEL: ......................., legitymującym się dowodem osobistym nr ........................</w:t>
      </w:r>
    </w:p>
    <w:p>
      <w:pPr>
        <w:spacing w:after="80" w:before="160"/>
        <w:jc w:val="center"/>
      </w:pPr>
      <w:r>
        <w:rPr>
          <w:b/>
        </w:rPr>
        <w:t>§ 1</w:t>
      </w:r>
    </w:p>
    <w:p>
      <w:pPr>
        <w:spacing w:after="120" w:before="0"/>
      </w:pPr>
      <w:r>
        <w:rPr>
          <w:b w:val="0"/>
        </w:rPr>
        <w:t>1. Przedmiotem umowy jest samochód marki i modelu ........................................, rok produkcji ............., numer VIN ........................................, numer rejestracyjny ...................., kolor ................., przebieg ................. km.</w:t>
      </w:r>
    </w:p>
    <w:p>
      <w:pPr>
        <w:spacing w:after="120" w:before="0"/>
      </w:pPr>
      <w:r>
        <w:rPr>
          <w:b w:val="0"/>
        </w:rPr>
        <w:t>2. Sprzedający oświadcza, że samochód stanowi jego wyłączną własność, jest wolny od wad prawnych, nie jest obciążony prawami osób trzecich, nie stanowi przedmiotu zabezpieczenia i nie toczy się wobec niego żadne postępowanie.</w:t>
      </w:r>
    </w:p>
    <w:p>
      <w:pPr>
        <w:spacing w:after="80" w:before="160"/>
        <w:jc w:val="center"/>
      </w:pPr>
      <w:r>
        <w:rPr>
          <w:b/>
        </w:rPr>
        <w:t>§ 2</w:t>
      </w:r>
    </w:p>
    <w:p>
      <w:pPr>
        <w:spacing w:after="120" w:before="0"/>
      </w:pPr>
      <w:r>
        <w:rPr>
          <w:b w:val="0"/>
        </w:rPr>
        <w:t>Sprzedający sprzedaje Kupującemu samochód opisany w § 1 za łączną kwotę .................... zł (słownie: ............................................................. złotych), którą Kupujący zapłacił gotówką przy podpisaniu umowy / przelewem na rachunek Sprzedającego przed podpisaniem umowy. Sprzedający potwierdza otrzymanie całej kwoty.</w:t>
      </w:r>
    </w:p>
    <w:p>
      <w:pPr>
        <w:spacing w:after="80" w:before="160"/>
        <w:jc w:val="center"/>
      </w:pPr>
      <w:r>
        <w:rPr>
          <w:b/>
        </w:rPr>
        <w:t>§ 3</w:t>
      </w:r>
    </w:p>
    <w:p>
      <w:pPr>
        <w:spacing w:after="120" w:before="0"/>
      </w:pPr>
      <w:r>
        <w:rPr>
          <w:b w:val="0"/>
        </w:rPr>
        <w:t>1. Sprzedający wydaje Kupującemu samochód w dniu zawarcia umowy wraz z dowodem rejestracyjnym, kartą pojazdu (jeżeli została wydana), dokumentem ubezpieczenia OC oraz liczbą kompletów kluczyków: ...........</w:t>
      </w:r>
    </w:p>
    <w:p>
      <w:pPr>
        <w:spacing w:after="120" w:before="0"/>
      </w:pPr>
      <w:r>
        <w:rPr>
          <w:b w:val="0"/>
        </w:rPr>
        <w:t>2. Kupujący oświadcza, że zapoznał się ze stanem technicznym samochodu, dokonał jego oględzin i jazdy próbnej oraz nie wnosi zastrzeżeń.</w:t>
      </w:r>
    </w:p>
    <w:p>
      <w:pPr>
        <w:spacing w:after="80" w:before="160"/>
        <w:jc w:val="center"/>
      </w:pPr>
      <w:r>
        <w:rPr>
          <w:b/>
        </w:rPr>
        <w:t>§ 4</w:t>
      </w:r>
    </w:p>
    <w:p>
      <w:pPr>
        <w:spacing w:after="120" w:before="0"/>
      </w:pPr>
      <w:r>
        <w:rPr>
          <w:b w:val="0"/>
        </w:rPr>
        <w:t>Koszty związane z zawarciem umowy, w tym podatek od czynności cywilnoprawnych, ponosi Kupujący.</w:t>
      </w:r>
    </w:p>
    <w:p>
      <w:pPr>
        <w:spacing w:after="80" w:before="160"/>
        <w:jc w:val="center"/>
      </w:pPr>
      <w:r>
        <w:rPr>
          <w:b/>
        </w:rPr>
        <w:t>§ 5</w:t>
      </w:r>
    </w:p>
    <w:p>
      <w:pPr>
        <w:spacing w:after="120" w:before="0"/>
      </w:pPr>
      <w:r>
        <w:rPr>
          <w:b w:val="0"/>
        </w:rPr>
        <w:t>W sprawach nieuregulowanych niniejszą umową zastosowanie mają przepisy Kodeksu cywilnego.</w:t>
      </w:r>
    </w:p>
    <w:p>
      <w:pPr>
        <w:spacing w:after="80" w:before="160"/>
        <w:jc w:val="center"/>
      </w:pPr>
      <w:r>
        <w:rPr>
          <w:b/>
        </w:rPr>
        <w:t>§ 6</w:t>
      </w:r>
    </w:p>
    <w:p>
      <w:pPr>
        <w:spacing w:after="120" w:before="0"/>
      </w:pPr>
      <w:r>
        <w:rPr>
          <w:b w:val="0"/>
        </w:rPr>
        <w:t>Umowę sporządzono w dwóch jednobrzmiących egzemplarzach, po jednym dla każdej ze stron.</w:t>
      </w:r>
    </w:p>
    <w:p>
      <w:pPr>
        <w:spacing w:after="480" w:before="0"/>
      </w:pPr>
      <w:r>
        <w:rPr>
          <w:b w:val="0"/>
        </w:rPr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jc w:val="center"/>
            </w:pPr>
            <w:r>
              <w:rPr>
                <w:sz w:val="18"/>
              </w:rPr>
              <w:t>........................................</w:t>
            </w:r>
          </w:p>
        </w:tc>
        <w:tc>
          <w:tcPr>
            <w:tcW w:type="dxa" w:w="4819"/>
          </w:tcPr>
          <w:p>
            <w:pPr>
              <w:jc w:val="center"/>
            </w:pPr>
            <w:r>
              <w:rPr>
                <w:sz w:val="18"/>
              </w:rPr>
              <w:t>........................................</w:t>
            </w:r>
          </w:p>
        </w:tc>
      </w:tr>
      <w:tr>
        <w:tc>
          <w:tcPr>
            <w:tcW w:type="dxa" w:w="4819"/>
          </w:tcPr>
          <w:p>
            <w:pPr>
              <w:jc w:val="center"/>
            </w:pPr>
            <w:r>
              <w:rPr>
                <w:sz w:val="18"/>
              </w:rPr>
              <w:t>Sprzedający</w:t>
            </w:r>
          </w:p>
        </w:tc>
        <w:tc>
          <w:tcPr>
            <w:tcW w:type="dxa" w:w="4819"/>
          </w:tcPr>
          <w:p>
            <w:pPr>
              <w:jc w:val="center"/>
            </w:pPr>
            <w:r>
              <w:rPr>
                <w:sz w:val="18"/>
              </w:rPr>
              <w:t>Kupujący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777777"/>
        <w:sz w:val="15"/>
      </w:rPr>
      <w:t xml:space="preserve">Wzór pobrany z </w:t>
    </w:r>
    <w:hyperlink r:id="rId1">
      <w:r>
        <w:rPr>
          <w:color w:val="1A4FB5"/>
          <w:u w:val="single"/>
          <w:sz w:val="15"/>
        </w:rPr>
        <w:t>pdfconverter.pl/wzory/umowa-kupna-sprzedazy-samochodu/</w:t>
      </w:r>
    </w:hyperlink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pdfconverter.pl/wzory/umowa-kupna-sprzedazy-samochod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Umowa kupna-sprzedaży samochodu: wzór 2026</dc:title>
  <dc:subject>Darmowa umowa kupna-sprzedaży samochodu 2026 do pobrania w PDF i DOCX lub do wypełnienia online. Co wpisać, PCC 2%, zgłoszenie zbycia i OC.</dc:subject>
  <dc:creator>pdfconverter.pl</dc:creator>
  <cp:keywords>umowa kupna sprzedaży samochodu, umowa kupna sprzedaży samochodu pdf, wzór umowy sprzedaży auta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pl-PL</dc:language>
</cp:coreProperties>
</file>