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jc w:val="right"/>
      </w:pPr>
      <w:r>
        <w:rPr>
          <w:b w:val="0"/>
        </w:rPr>
        <w:t>..........................., dnia .......................</w:t>
      </w:r>
    </w:p>
    <w:p>
      <w:pPr>
        <w:spacing w:after="200" w:before="200"/>
        <w:jc w:val="center"/>
      </w:pPr>
      <w:r>
        <w:rPr>
          <w:b/>
          <w:sz w:val="28"/>
        </w:rPr>
        <w:t>PEŁNOMOCNICTWO</w:t>
      </w:r>
    </w:p>
    <w:p>
      <w:pPr>
        <w:spacing w:after="120" w:before="0"/>
      </w:pPr>
      <w:r>
        <w:rPr>
          <w:b w:val="0"/>
        </w:rPr>
        <w:t>Ja, niżej podpisany(a) ..................................................., zamieszkały(a): ............................................................., PESEL: ......................., legitymujący(a) się dowodem osobistym nr .......................,</w:t>
      </w:r>
    </w:p>
    <w:p>
      <w:pPr>
        <w:spacing w:after="120" w:before="0"/>
        <w:jc w:val="center"/>
      </w:pPr>
      <w:r>
        <w:rPr>
          <w:b w:val="0"/>
        </w:rPr>
        <w:t>udzielam pełnomocnictwa</w:t>
      </w:r>
    </w:p>
    <w:p>
      <w:pPr>
        <w:spacing w:after="120" w:before="0"/>
      </w:pPr>
      <w:r>
        <w:rPr>
          <w:b w:val="0"/>
        </w:rPr>
        <w:t>Panu/Pani ..................................................., zamieszkałemu(ej): ............................................................., PESEL: ......................., legitymującemu(ej) się dowodem osobistym nr .......................,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120" w:before="0"/>
      </w:pPr>
      <w:r>
        <w:rPr>
          <w:b w:val="0"/>
        </w:rPr>
        <w:t>Pełnomocnik nie jest umocowany do udzielania dalszych pełnomocnictw. Pełnomocnictwo jest ważne do czasu jego odwołania.</w:t>
      </w:r>
    </w:p>
    <w:p>
      <w:pPr>
        <w:spacing w:after="480" w:before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podpis mocodawcy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5"/>
      </w:rPr>
      <w:t xml:space="preserve">Wzór pobrany z </w:t>
    </w:r>
    <w:hyperlink r:id="rId1">
      <w:r>
        <w:rPr>
          <w:color w:val="1A4FB5"/>
          <w:u w:val="single"/>
          <w:sz w:val="15"/>
        </w:rPr>
        <w:t>pdfconverter.pl/wzory/pelnomocnictwo/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pdfconverter.pl/wzory/pelnomocnictw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Pełnomocnictwo: wzór 2026</dc:title>
  <dc:subject>Darmowy wzór pełnomocnictwa ogólnego i szczególnego do pobrania w PDF i DOCX lub do wypełnienia online. Kiedy wystarczy pismo, a kiedy notariusz.</dc:subject>
  <dc:creator>pdfconverter.pl</dc:creator>
  <cp:keywords>pełnomocnictwo wzór, pełnomocnictwo pdf, wzór pełnomocnictwa, pełnomocnictwo do urzędu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